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Calibri" w:hAnsi="Calibri"/>
          <w:b/>
          <w:color w:val="276F5F"/>
          <w:sz w:val="44"/>
        </w:rPr>
        <w:t>Oversight Foundation - CQC Readiness Checklist</w:t>
      </w:r>
    </w:p>
    <w:p>
      <w:pPr>
        <w:spacing w:after="240"/>
      </w:pPr>
      <w:r>
        <w:rPr>
          <w:rFonts w:ascii="Calibri" w:hAnsi="Calibri"/>
          <w:color w:val="4E5B64"/>
          <w:sz w:val="22"/>
        </w:rPr>
        <w:t>Blank readiness checklist and worked example</w:t>
      </w:r>
    </w:p>
    <w:p>
      <w:pPr>
        <w:pStyle w:val="Heading1"/>
      </w:pPr>
      <w:r>
        <w:t>Using this resource with Oversight Care</w:t>
      </w:r>
    </w:p>
    <w:p>
      <w:r>
        <w:t>Schedule this audit in Oversight Care so it aligns with your service review cycle. Findings and actions can then be tracked through to completion, with evidence linked to the relevant audit record.</w:t>
      </w:r>
    </w:p>
    <w:p>
      <w:pPr>
        <w:pStyle w:val="Heading2"/>
      </w:pPr>
      <w:r>
        <w:t>About Oversight Care</w:t>
      </w:r>
    </w:p>
    <w:p>
      <w:r>
        <w:t>Oversight Care helps care providers organise audits, evidence, actions and governance oversight without replacing the processes that already work for them.</w:t>
      </w:r>
    </w:p>
    <w:p>
      <w:r>
        <w:rPr>
          <w:i/>
        </w:rPr>
        <w:t>Explore Oversight Care at oversightcare.co.uk</w:t>
      </w:r>
    </w:p>
    <w:p>
      <w:pPr>
        <w:pStyle w:val="Heading1"/>
      </w:pPr>
      <w:r>
        <w:t>CQC Readiness Checklist - Blank Template</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5040"/>
        <w:gridCol w:w="5040"/>
      </w:tblGrid>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Service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Date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Completed by</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Sample / evidence reviewed</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______________________________________________________________________________________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Overall readiness</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______________________________________________________________________________________</w:t>
              <w:br/>
              <w:t>______________________________________________________________________________________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Best suited to</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Care homes, nursing homes, home care and supported living</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Use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Monthly or in line with local governance arrangements</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Format</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Blank audit + worked example</w:t>
            </w:r>
          </w:p>
        </w:tc>
      </w:tr>
    </w:tbl>
    <w:p>
      <w:pPr>
        <w:pStyle w:val="Heading1"/>
      </w:pPr>
      <w:r>
        <w:t>Blank Checklist</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1440"/>
        <w:gridCol w:w="1440"/>
        <w:gridCol w:w="1440"/>
        <w:gridCol w:w="1440"/>
        <w:gridCol w:w="1440"/>
        <w:gridCol w:w="1440"/>
        <w:gridCol w:w="1440"/>
      </w:tblGrid>
      <w:tr>
        <w:trPr>
          <w:tblHeader w:val="true"/>
        </w:trPr>
        <w:tc>
          <w:tcPr>
            <w:tcW w:type="dxa" w:w="461"/>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w:t>
            </w:r>
          </w:p>
        </w:tc>
        <w:tc>
          <w:tcPr>
            <w:tcW w:type="dxa" w:w="237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Readiness check</w:t>
            </w:r>
          </w:p>
        </w:tc>
        <w:tc>
          <w:tcPr>
            <w:tcW w:type="dxa" w:w="129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Status</w:t>
            </w:r>
          </w:p>
        </w:tc>
        <w:tc>
          <w:tcPr>
            <w:tcW w:type="dxa" w:w="1800"/>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Evidence reviewed</w:t>
            </w:r>
          </w:p>
        </w:tc>
        <w:tc>
          <w:tcPr>
            <w:tcW w:type="dxa" w:w="194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Issue / action required</w:t>
            </w:r>
          </w:p>
        </w:tc>
        <w:tc>
          <w:tcPr>
            <w:tcW w:type="dxa" w:w="122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Owner</w:t>
            </w:r>
          </w:p>
        </w:tc>
        <w:tc>
          <w:tcPr>
            <w:tcW w:type="dxa" w:w="979"/>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Due date</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Staff training, competencies and required checks are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Required audits and routine governance checks are up to date.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Actions from previous audits, incidents and reviews are progressing.</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4</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Policies and procedures are current, accessible and understood.</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5</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Safeguarding concerns are recorded, reported and followed through.</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6</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Care plans and risk assessments reflect current needs and preferences.</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7</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Complaints, incidents and feedback are reviewed for learning.</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8</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Supervisions, appraisals and staff support records are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9</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Key evidence can be located quickly and presented clearly.</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10</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The service could explain its strengths, risks and improvement priorities today.</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 / Partly / No</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bl>
    <w:p>
      <w:pPr>
        <w:pStyle w:val="Heading1"/>
      </w:pPr>
      <w:r>
        <w:t>CQC Readiness Checklist - Worked Example</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5040"/>
        <w:gridCol w:w="5040"/>
      </w:tblGrid>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Service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Meadow View Residential Home</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Date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31 July 2026</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Completed by</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Registered Manager</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Sample / evidence reviewed</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July audit schedule, training matrix, five care records, safeguarding and complaints logs, supervision tracker and governance meeting minutes.</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Overall readiness</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The service is generally inspection ready. A small number of governance actions remain, mainly around overdue supervisions, policy reviews and verification of two open audit actions.</w:t>
            </w:r>
          </w:p>
        </w:tc>
      </w:tr>
    </w:tbl>
    <w:p>
      <w:pPr>
        <w:pStyle w:val="Heading1"/>
      </w:pPr>
      <w:r>
        <w:t>Worked Example</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1440"/>
        <w:gridCol w:w="1440"/>
        <w:gridCol w:w="1440"/>
        <w:gridCol w:w="1440"/>
        <w:gridCol w:w="1440"/>
        <w:gridCol w:w="1440"/>
        <w:gridCol w:w="1440"/>
      </w:tblGrid>
      <w:tr>
        <w:trPr>
          <w:tblHeader w:val="true"/>
        </w:trPr>
        <w:tc>
          <w:tcPr>
            <w:tcW w:type="dxa" w:w="461"/>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w:t>
            </w:r>
          </w:p>
        </w:tc>
        <w:tc>
          <w:tcPr>
            <w:tcW w:type="dxa" w:w="237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Readiness check</w:t>
            </w:r>
          </w:p>
        </w:tc>
        <w:tc>
          <w:tcPr>
            <w:tcW w:type="dxa" w:w="129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Status</w:t>
            </w:r>
          </w:p>
        </w:tc>
        <w:tc>
          <w:tcPr>
            <w:tcW w:type="dxa" w:w="1800"/>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Evidence reviewed</w:t>
            </w:r>
          </w:p>
        </w:tc>
        <w:tc>
          <w:tcPr>
            <w:tcW w:type="dxa" w:w="194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Issue / action required</w:t>
            </w:r>
          </w:p>
        </w:tc>
        <w:tc>
          <w:tcPr>
            <w:tcW w:type="dxa" w:w="122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Owner</w:t>
            </w:r>
          </w:p>
        </w:tc>
        <w:tc>
          <w:tcPr>
            <w:tcW w:type="dxa" w:w="979"/>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Due date</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Training and competencies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Training matrix and competency tracker checked.</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Audits and checks up to date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July audit schedule complete.</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Continue monthly programme.</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Previous actions progressing</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Two actions remain open from the infection control audit.</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Upload evidence and verify closure.</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Deputy manager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7 Aug</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4</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Policies current and accessible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Three policies are due for annual review.</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Complete review and issue updated versions.</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Manager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10 Aug</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5</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Safeguarding followed through</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Safeguarding log and outcomes reviewed.</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6</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Care plans and risks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Five records sampled; reviews were current.</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Continue routine reviews.</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7</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Complaints and incidents reviewed</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Monthly trends and meeting minutes checked.</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8</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Supervisions and staff support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Two staff supervisions are overdue.</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Arrange and record both sessions.</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Team leader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5 Aug</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9</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Evidence easy to locate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Yes</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Requested records located within minutes.</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Maintain current filing arrangements.</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10</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Service can explain priorities</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Strengths are clear; improvement plan needs updating.</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Update priorities and confirm owners.</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Registered manager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10 Aug</w:t>
            </w:r>
          </w:p>
        </w:tc>
      </w:tr>
    </w:tbl>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E5B64"/>
        <w:sz w:val="17"/>
      </w:rPr>
      <w:t>Oversight Care free resource - practical governance aid only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4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276F5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276F5F"/>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4E5B6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